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ומושגים הקשורים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והסקת מסקנות על תופעות טבע בחורף כמו גשם, רעם וברק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ולהביע מחשבות ורגשות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יורד יותר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להישאר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החורף הוא עונת הגשמים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רואים את הברק ורק אחר כך שומעים את הרעם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תכונה עיקרית של עונת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שלולית נוצרת אחרי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עננים כהים וכבדים מצביעים לעיתים קרובות על גשם מתקרב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(מים שיורדים מהעננים)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(קול חזק מאוד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(אור חזק ופתאומי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(כלי שמגן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(מים שנאספים על הקרקע)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עננים כהים מתקבצים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ברק מאיר את השמיים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 קול רעם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מתחיל לרדת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נוצרת שלולית על הכביש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שתי מילים מתחום החורף ותיאור רגש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לפחות שני נימוקים הקשורים לתופעות או לפעילויות של החורף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לחורף מקובלת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ברק קודם, רעם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מעיל או בגד חם ונימוק של 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פתוחה: מה אתם אוהבים ולא אוהבים בחורף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שאלת הברק והרעם להדגמה פשוטה בכיתה או תיאור מילולי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בכרטיסי התאמה כמשחק קבוצתי קצר לפני 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על החורף. יש רעם, ברק וגשם. נענה על 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מהעננים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מאוד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חזק ופתאומי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שמגן מהגשם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שנאספים על הקרקע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גושים לבנים או אפורים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כשטמפרטורה נמוכה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חם שלובשים בחורף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הרבה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יורד יותר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יותר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הימים מתחילים להיות ארוכים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 פורח ונהיה ירוק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בא ראשון, ברק או 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יחד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לובשים מעיל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להתקרר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להישאר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להיראות יפה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בכביש אחרי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יורד בדרך כלל יותר גשם מאשר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רעם הוא תמיד לפני ברק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יש בדרך כלל טמפרטורות קרות יותר מבקיץ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שלולית נוצרת בדרך כלל כשיש הרבה שמש וחום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עננים כהים יכולים לבשר שעומד לרדת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גשם חזק בחוץ, כדאי לפתוח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הגשם, לפעמים נוצרת __________ גדולה על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בלילה חשוך ראינו פתאום אור חזק בשמיים, זה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שנייה אחרי הברק שמענו קול חזק מאוד, זה היה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לא להצטנן בחורף, חשוב ללבוש __________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קול חזק מאוד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שיורדים מהעננים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שמגן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מים שנאספים על הקרקע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אור חזק ופתאומי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קול רעם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עננים כהים מתקבצים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 לרדת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ברק מאיר את השמיים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נוצרת שלולית על הכביש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יום חורפי מיוחד שאתם זוכרים – מה קרה בחוץ ומה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צריכים לשכנע חבר שהחורף הוא עונה מיוחדת, מה הייתם אומרים 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לחורף ולא הכרתם קודם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קודם – ברק או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מתלבשים בחורף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