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החורף – עונה קרה ומיוחדת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ומושגים הקשורים לעונת החורף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הבנה והסקת מסקנות על תופעות טבע בחורף כמו גשם, רעם וברק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ולהביע מחשבות ורגשות על החורף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יורד יותר גשם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כדי להישאר חם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החורף הוא עונת הגשמים בארץ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תכונה עיקרית של עונת החורף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מטריה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שלולית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ברק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(מים שיורדים מהעננים)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(קול חזק מאוד בשמיים)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(אור חזק ופתאומי בשמיים)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(כלי שמגן מהגשם)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מה קודם למה?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עננים כהים מתקבצים בשמיים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רואים ברק מאיר את השמיים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שומעים קול רעם חזק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מתחיל לרדת גשם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ויוצרים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הכוללת לפחות שתי מילים מתחום החורף ותיאור רגש אחד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מילה רלוונטית לחורף מקובלת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הנכונה: ברק קודם, רעם אחר כך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שמזכירה מעיל או בגד חם ונימוק של קור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בשאלה פתוחה: מה אתם אוהבים ולא אוהבים בחורף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לחבר בין שאלת הברק והרעם להדגמה פשוטה בכיתה או תיאור מילולי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להשתמש בכרטיסי התאמה כמשחק קבוצתי קצר לפני סיום השיעור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החורף – עונה קרה ומיוחדת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מילים ותופעות שקשורות לעונת החורף, בהשראת הסיפור תמר וסוד הרעם, ונחשוב על מה מיוחד בעונה הקרה.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שלולית  ·  ברק  ·  מטריה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קורה בדרך כלל בעונת החורף?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יורד יותר 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יש יותר שמש חזקה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הימים מתחילים להיות ארוכים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למה כדאי ללבוש מעיל בחורף?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כדי להתקרר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כדי להישאר חם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כדי לרוץ מהר יותר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בחורף יורד בדרך כלל יותר גשם מאשר בקיץ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בחורף יש בדרך כלל טמפרטורות קרות יותר מבקיץ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כשיורד גשם חזק בחוץ, כדאי לפתוח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אחרי הגשם, לפעמים נוצרת __________ גדולה על הכביש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בלילה חשוך ראינו פתאום אור חזק בשמיים, זה היה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גשם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כלי שמגן מהגשם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רעם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מים שיורדים מהעננים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ברק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קול חזק מאוד בשמיים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מטריה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אור חזק ופתאומי בשמיים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מה קודם למה?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רואים ברק מאיר את השמיים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שומעים קול רעם חזק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מתחיל לרדת גשם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עננים כהים מתקבצים בשמיים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כותבים ויוצרים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כמה משפטים על יום חורפי מיוחד שאתם זוכרים – מה קרה בחוץ ומה הרגשתם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מילה אחת שקשורה לחורף ולא הכרתם קודם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קורה קודם – ברק או רעם?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החורף – עונה קרה ומיוחדת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